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נסים ונפלאות – הנר השמיני של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נס פך השמן בחנוכה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נסים קטנים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משפחת המילה להודות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נס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פך שמן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נסים קטנים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מרק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הסיפור האישי של אנה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הטלפון נשאר באוטובוס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משפחת המילה להודות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י־ד־ה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מכתב לעורך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מדברת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– הנס הקטן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שיש תיאור של מצב, אדם שעזר, ותחושה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שמן דלק 8 ימים במקום יום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שכנה שמביאה מרק, אדם שמראה דרך, נהג שמחזיר 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י־ד־ה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חג החנוכה והנר השמיני לפני קריאת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מילות השורש י־ד־ה לפני חלק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הפתוח, אפשר לעודד שיתוף בעל פה בין התלמידים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נסים ונפלאות – הנר השמיני של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הערב מדליקים את הנר השמיני והאחרון של חנוכה. בדף הזה נלמד על הנס הגדול של חנוכה ועל נסים קטנים שקורים לנו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י־ד־ה  ·  מודה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– נס פך השמן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דולק השמן בנס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מוצאים המכבים בבית המקדש?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סביבון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פך שמן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הרבה נרות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נסים קטנים בכל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מביאה השכנה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מרק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דברים טובים כותבים כל 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הסיפור האישי של אנה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אנה עלתה מארגנטינה לפני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הטלפון של אנה נשאר באולפן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משפחת המילה להודות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'להודות'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אישה אומרת: אני __________ 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מכתב לעורך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עלתה נדיה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לפני 5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הפקידה בבנק?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נותנת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מדברת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מלמדת 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– הנס הקטן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נס קטן שקרה לכם או למישהו שאתם מכירים. מי עזר לכם? מה הרגשתם?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הנס של חנוכה בקצרה?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לנס קטן מהגיליון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נסים ונפלאות – הנר השמיני של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