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נסים ונפלאות – הנר השמיני של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נס פך השמן בחנוכה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נסים קטנים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משפחת המילה להודות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נס פך השמן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נס גדול היה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השמיני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נסים קטנים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מרק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במחברת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הסיפור האישי של אנה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הטלפון נשאר באוטובוס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בסיפור כתוב שאנה בת 41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משפחת המילה להודות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י־ד־ה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י־ד־ה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מכתב לעורך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מדברת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סבלנית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– הנס הקטן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שיש תיאור של מצב, אדם שעזר, ותחושה בסוף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אישית; לבדוק שיש 3 פריטים קצרים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שמן דלק 8 ימים במקום יום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שכנה שמביאה מרק, אדם שמראה דרך, נהג שמחזיר 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הוא י־ד־ה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חג החנוכה והנר השמיני לפני קריאת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מילות השורש י־ד־ה לפני חלק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הפתוח, אפשר לעודד שיתוף בעל פה בין התלמידים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נסים ונפלאות – הנר השמיני של 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הערב מדליקים נר שמיני של חנוכה. נלמד על נס גדול ועל נסים קטנים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טוב ומפתיע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פך 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קטן עם שמן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הלוחמים שחזרו לבית המקדש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עם אותיות, מסתובב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להגיד תודה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העיקריות של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סבלנית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שלא כועסת ומחכה בשקט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שאחראי על העיתון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נס פך השמן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דלק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מצאו המכבים?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פך שמן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כתוב על הסביבון?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אורים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 גדול היה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 גדול היה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נר מדליקים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השמיני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נסים קטנים בכל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השכנה הביאה?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דברים טובים כותבים?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זה לוקח?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כותבים?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במחברת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הסיפור האישי של אנה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עלתה מארגנטינה לפני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הטלפון של אנה נשאר באולפן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חזר אחרי שעה והחזיר לאנה את הטלפון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אנה בת 25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אישה בתחנה נתנה לאנה טלפון להתקשר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משפחת המילה להודות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'להודות'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אישה אומרת: אני __________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איש אומר: אני __________ 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 אנשים שאומרים 'מודה אני'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כשאומרים תודה, זו מילה מהשורש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מכתב לעורך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נדיה עלתה?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5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לפני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הפקידה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נותנת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מדברת 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מלמדת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שרה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עסוקה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סבלנית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השכנה מביאה עוגה?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– הנס הקטן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נס קטן שקרה לכם או למישהו שאתם מכירים. מי עזר לכם? מה הרגשתם?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3 דברים טובים שקרו לכם השבוע, כמו ברעיון מהכתבה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הנס של חנוכה בקצרה?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לנס קטן מהגיליון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'להודות'?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נסים ונפלאות – הנר השמיני של 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