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נס פך השמן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השמיני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נסים קטנים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מרק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במחברת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האישי של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הטלפון נשאר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שאנה בת 41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להודות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י־ד־ה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י־ד־ה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מדברת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הנס הקטן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תיאור של מצב, אדם שעזר, ותחושה בסוף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לבדוק שיש 3 פריטים קצרים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דלק 8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שכנה שמביאה מרק, אדם שמראה דרך, נהג שמחזיר 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י־ד־ה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חג החנוכה והנר השמיני לפני קריאת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מילות השורש י־ד־ה לפני חלק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אפשר לעודד שיתוף בעל פה בין התלמידים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הערב מדליקים את הנר השמיני והאחרון של חנוכה. בדף הזה נלמד על הנס הגדול של חנוכה ועל נסים קטנים שקורים לנו כל 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דולק השמן בנס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מוצאים המכבים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אומרות האותיות על הסביבון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נר מדליקים הערב לפי הגיליון?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נסים קטנים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מביאה השכנה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דברים טובים כותבים 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לוקח לכתוב את הדברים הטובים?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כותבים את הדברים הטובים?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במחברת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הסיפור האישי של 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עלתה מארגנטינה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הטלפון של אנה נשאר באולפן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חזר אחרי שעה והחזיר לאנה את הטלפון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בת 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בתחנה נתנה לאנה טלפון להתקשר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'להודות'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אישה אומרת: אני __________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איש אומר: אני __________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אנשים שאומרים 'מודה אני'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כשאומרים תודה, זו מילה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מכתב לעורך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עלתה נדיה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הפקידה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נותנת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מלמדת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המורה באולפן, לפי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סבלנית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השכנה מביאה עוגה לנדיה?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הנס הקטן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נס קטן שקרה לכם או למישהו שאתם מכירים. מי עזר לכם?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דברים טובים שקרו לכם השבוע, כמו ברעיון מהכתבה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של חנוכה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לנס קטן מהגיליון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'להודות'?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נסים ונפלאות – הנר השמיני של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